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D50EA" w14:textId="4E169B9B" w:rsidR="00A1150F" w:rsidRPr="00A1150F" w:rsidRDefault="00A1150F" w:rsidP="00E41843">
      <w:pPr>
        <w:jc w:val="center"/>
        <w:rPr>
          <w:b/>
          <w:bCs/>
          <w:u w:val="single"/>
        </w:rPr>
      </w:pPr>
      <w:r w:rsidRPr="00A1150F">
        <w:rPr>
          <w:b/>
          <w:bCs/>
          <w:u w:val="single"/>
        </w:rPr>
        <w:t>Team Science Collaboration Contribution Plan</w:t>
      </w:r>
    </w:p>
    <w:p w14:paraId="1BA60B09" w14:textId="161BEFF4" w:rsidR="00A1150F" w:rsidRDefault="00E41843" w:rsidP="0003693F">
      <w:pPr>
        <w:spacing w:line="360" w:lineRule="auto"/>
      </w:pPr>
      <w:r w:rsidRPr="00136BE4">
        <w:rPr>
          <w:b/>
        </w:rPr>
        <w:t xml:space="preserve">Proposed </w:t>
      </w:r>
      <w:r w:rsidR="00A1150F" w:rsidRPr="00136BE4">
        <w:rPr>
          <w:b/>
        </w:rPr>
        <w:t>Project Title:</w:t>
      </w:r>
      <w:r w:rsidR="00A1150F">
        <w:t xml:space="preserve"> </w:t>
      </w:r>
      <w:r>
        <w:t>_______________________________</w:t>
      </w:r>
      <w:r w:rsidR="00136BE4">
        <w:rPr>
          <w:lang w:val="en-NG"/>
        </w:rPr>
        <w:t>________________________________________________</w:t>
      </w:r>
      <w:r>
        <w:t>________________</w:t>
      </w:r>
    </w:p>
    <w:p w14:paraId="05ABEE83" w14:textId="77777777" w:rsidR="00A1150F" w:rsidRDefault="00A1150F" w:rsidP="0003693F">
      <w:pPr>
        <w:spacing w:line="360" w:lineRule="auto"/>
      </w:pPr>
      <w:r w:rsidRPr="00136BE4">
        <w:rPr>
          <w:b/>
        </w:rPr>
        <w:t>Date:</w:t>
      </w:r>
      <w:r>
        <w:t xml:space="preserve"> _________________________________________________</w:t>
      </w:r>
    </w:p>
    <w:p w14:paraId="2FE9BF87" w14:textId="77777777" w:rsidR="00A1150F" w:rsidRPr="00A1150F" w:rsidRDefault="00A1150F" w:rsidP="00A1150F">
      <w:pPr>
        <w:rPr>
          <w:b/>
          <w:bCs/>
          <w:u w:val="single"/>
        </w:rPr>
      </w:pPr>
      <w:r w:rsidRPr="00A1150F">
        <w:rPr>
          <w:b/>
          <w:bCs/>
          <w:u w:val="single"/>
        </w:rPr>
        <w:t>Purpose</w:t>
      </w:r>
    </w:p>
    <w:p w14:paraId="356570C4" w14:textId="77777777" w:rsidR="00316B08" w:rsidRDefault="00A1150F" w:rsidP="00A1150F">
      <w:r>
        <w:t>This document helps the team outline how each scholar will contribute to the group’s work. The goal is to ensure responsibilities are shared, collaboration is encouraged, and the project progresses efficiently through a coordinated team effort.</w:t>
      </w:r>
    </w:p>
    <w:p w14:paraId="7EF3E89B" w14:textId="77777777" w:rsidR="00316B08" w:rsidRPr="00A1150F" w:rsidRDefault="00316B08" w:rsidP="00316B08">
      <w:pPr>
        <w:spacing w:before="240"/>
        <w:rPr>
          <w:b/>
          <w:bCs/>
          <w:u w:val="single"/>
        </w:rPr>
      </w:pPr>
      <w:r w:rsidRPr="00A1150F">
        <w:rPr>
          <w:b/>
          <w:bCs/>
          <w:u w:val="single"/>
        </w:rPr>
        <w:t>Team Agreement</w:t>
      </w:r>
    </w:p>
    <w:p w14:paraId="5A68BBA7" w14:textId="1B416569" w:rsidR="00316B08" w:rsidRDefault="00316B08" w:rsidP="00A1150F">
      <w:r>
        <w:t>By completing this document, the team agrees to collaborate actively and contribute to the shared success of the project.</w:t>
      </w:r>
    </w:p>
    <w:p w14:paraId="0FA3D710" w14:textId="77777777" w:rsidR="00A1150F" w:rsidRPr="00E41843" w:rsidRDefault="00A1150F" w:rsidP="00A1150F">
      <w:pPr>
        <w:rPr>
          <w:b/>
          <w:bCs/>
          <w:u w:val="single"/>
        </w:rPr>
      </w:pPr>
      <w:r w:rsidRPr="00E41843">
        <w:rPr>
          <w:b/>
          <w:bCs/>
          <w:u w:val="single"/>
        </w:rPr>
        <w:t>Team Members</w:t>
      </w:r>
    </w:p>
    <w:p w14:paraId="1B7E3BB5" w14:textId="62174B4D" w:rsidR="00A1150F" w:rsidRDefault="00A1150F" w:rsidP="00316B08">
      <w:pPr>
        <w:ind w:left="720"/>
      </w:pPr>
      <w:r>
        <w:t>1. ________________________________________</w:t>
      </w:r>
      <w:r w:rsidR="00E41843">
        <w:t>____</w:t>
      </w:r>
      <w:r w:rsidR="00316B08">
        <w:t xml:space="preserve">               2. ____________________________________________</w:t>
      </w:r>
    </w:p>
    <w:p w14:paraId="54C55FC0" w14:textId="04BB5B23" w:rsidR="00A1150F" w:rsidRDefault="00316B08" w:rsidP="00316B08">
      <w:pPr>
        <w:ind w:left="720"/>
      </w:pPr>
      <w:r>
        <w:t>3</w:t>
      </w:r>
      <w:r w:rsidR="00A1150F">
        <w:t>. __________________________________</w:t>
      </w:r>
      <w:r w:rsidR="00E41843">
        <w:t>__________</w:t>
      </w:r>
      <w:r>
        <w:t xml:space="preserve">               4. ____________________________________________</w:t>
      </w:r>
    </w:p>
    <w:p w14:paraId="32F73027" w14:textId="420A531F" w:rsidR="00A1150F" w:rsidRDefault="00316B08" w:rsidP="00316B08">
      <w:pPr>
        <w:ind w:left="720"/>
      </w:pPr>
      <w:r>
        <w:t>5</w:t>
      </w:r>
      <w:r w:rsidR="00A1150F">
        <w:t>. __________________________________</w:t>
      </w:r>
      <w:r w:rsidR="00E41843">
        <w:t>__________</w:t>
      </w:r>
      <w:r>
        <w:t xml:space="preserve">               6. ____________________________________________</w:t>
      </w:r>
    </w:p>
    <w:p w14:paraId="211A92C4" w14:textId="77777777" w:rsidR="00A1150F" w:rsidRPr="00E41843" w:rsidRDefault="00A1150F" w:rsidP="00A1150F">
      <w:pPr>
        <w:rPr>
          <w:b/>
          <w:bCs/>
          <w:u w:val="single"/>
        </w:rPr>
      </w:pPr>
      <w:r w:rsidRPr="00E41843">
        <w:rPr>
          <w:b/>
          <w:bCs/>
          <w:u w:val="single"/>
        </w:rPr>
        <w:t>Team Goals</w:t>
      </w:r>
    </w:p>
    <w:p w14:paraId="137D2CDE" w14:textId="4F9069D1" w:rsidR="00A1150F" w:rsidRDefault="00A1150F" w:rsidP="00A1150F">
      <w:r>
        <w:t xml:space="preserve">Briefly describe the </w:t>
      </w:r>
      <w:proofErr w:type="gramStart"/>
      <w:r w:rsidR="00316B08">
        <w:t xml:space="preserve">3 </w:t>
      </w:r>
      <w:r>
        <w:t>overall</w:t>
      </w:r>
      <w:proofErr w:type="gramEnd"/>
      <w:r>
        <w:t xml:space="preserve"> goal</w:t>
      </w:r>
      <w:r w:rsidR="00E41843">
        <w:t>(s)</w:t>
      </w:r>
      <w:r>
        <w:t xml:space="preserve"> of the team and what you hope to accomplish together.</w:t>
      </w:r>
    </w:p>
    <w:p w14:paraId="442EF4F3" w14:textId="7334E2B7" w:rsidR="00A1150F" w:rsidRDefault="00316B08" w:rsidP="00E41843">
      <w:pPr>
        <w:ind w:left="720"/>
      </w:pPr>
      <w:r>
        <w:t xml:space="preserve">1. </w:t>
      </w:r>
      <w:r w:rsidR="00A1150F">
        <w:t>____________________________________________________________________________</w:t>
      </w:r>
    </w:p>
    <w:p w14:paraId="5877DFE0" w14:textId="4F3B6492" w:rsidR="00A1150F" w:rsidRDefault="00316B08" w:rsidP="00E41843">
      <w:pPr>
        <w:ind w:left="720"/>
      </w:pPr>
      <w:r>
        <w:t xml:space="preserve">2. </w:t>
      </w:r>
      <w:r w:rsidR="00A1150F">
        <w:t>____________________________________________________________________________</w:t>
      </w:r>
    </w:p>
    <w:p w14:paraId="09D466CD" w14:textId="4FF26304" w:rsidR="00A1150F" w:rsidRDefault="00316B08" w:rsidP="00E41843">
      <w:pPr>
        <w:ind w:left="720"/>
      </w:pPr>
      <w:r>
        <w:t xml:space="preserve">3. </w:t>
      </w:r>
      <w:r w:rsidR="00A1150F">
        <w:t>____________________________________________________________________________</w:t>
      </w:r>
    </w:p>
    <w:p w14:paraId="70D9D290" w14:textId="77777777" w:rsidR="00E41843" w:rsidRPr="00E41843" w:rsidRDefault="00E41843" w:rsidP="00E41843">
      <w:pPr>
        <w:rPr>
          <w:b/>
          <w:bCs/>
          <w:u w:val="single"/>
        </w:rPr>
      </w:pPr>
      <w:r w:rsidRPr="00E41843">
        <w:rPr>
          <w:b/>
          <w:bCs/>
          <w:u w:val="single"/>
        </w:rPr>
        <w:t>Team Collaboration Plan</w:t>
      </w:r>
    </w:p>
    <w:tbl>
      <w:tblPr>
        <w:tblStyle w:val="TableGrid"/>
        <w:tblW w:w="5000" w:type="pct"/>
        <w:jc w:val="center"/>
        <w:tblLook w:val="04A0" w:firstRow="1" w:lastRow="0" w:firstColumn="1" w:lastColumn="0" w:noHBand="0" w:noVBand="1"/>
      </w:tblPr>
      <w:tblGrid>
        <w:gridCol w:w="5395"/>
        <w:gridCol w:w="5395"/>
      </w:tblGrid>
      <w:tr w:rsidR="00E41843" w14:paraId="6D9708D7" w14:textId="77777777">
        <w:trPr>
          <w:jc w:val="center"/>
        </w:trPr>
        <w:tc>
          <w:tcPr>
            <w:tcW w:w="2500" w:type="pct"/>
            <w:vAlign w:val="center"/>
          </w:tcPr>
          <w:p w14:paraId="6F6FBFDE" w14:textId="77777777" w:rsidR="00E41843" w:rsidRDefault="00E41843">
            <w:r>
              <w:t>Meeting Schedule</w:t>
            </w:r>
          </w:p>
        </w:tc>
        <w:tc>
          <w:tcPr>
            <w:tcW w:w="2500" w:type="pct"/>
          </w:tcPr>
          <w:p w14:paraId="2D2094AC" w14:textId="77777777" w:rsidR="00E41843" w:rsidRDefault="00E41843"/>
          <w:p w14:paraId="55F4490C" w14:textId="77777777" w:rsidR="00E41843" w:rsidRDefault="00E41843"/>
          <w:p w14:paraId="17A344E7" w14:textId="77777777" w:rsidR="00E41843" w:rsidRDefault="00E41843"/>
        </w:tc>
      </w:tr>
      <w:tr w:rsidR="00E41843" w14:paraId="0C282535" w14:textId="77777777">
        <w:trPr>
          <w:jc w:val="center"/>
        </w:trPr>
        <w:tc>
          <w:tcPr>
            <w:tcW w:w="2500" w:type="pct"/>
            <w:vAlign w:val="center"/>
          </w:tcPr>
          <w:p w14:paraId="563AFF6A" w14:textId="77777777" w:rsidR="00E41843" w:rsidRDefault="00E41843">
            <w:r>
              <w:t>Communication Methods</w:t>
            </w:r>
          </w:p>
        </w:tc>
        <w:tc>
          <w:tcPr>
            <w:tcW w:w="2500" w:type="pct"/>
          </w:tcPr>
          <w:p w14:paraId="30656125" w14:textId="77777777" w:rsidR="00E41843" w:rsidRDefault="00E41843"/>
          <w:p w14:paraId="3C4CA7E7" w14:textId="77777777" w:rsidR="00E41843" w:rsidRDefault="00E41843"/>
          <w:p w14:paraId="63D20C20" w14:textId="77777777" w:rsidR="00E41843" w:rsidRDefault="00E41843"/>
        </w:tc>
      </w:tr>
      <w:tr w:rsidR="00E41843" w14:paraId="500186F3" w14:textId="77777777">
        <w:trPr>
          <w:jc w:val="center"/>
        </w:trPr>
        <w:tc>
          <w:tcPr>
            <w:tcW w:w="2500" w:type="pct"/>
            <w:vAlign w:val="center"/>
          </w:tcPr>
          <w:p w14:paraId="7B282636" w14:textId="77777777" w:rsidR="00E41843" w:rsidRDefault="00E41843">
            <w:r>
              <w:t>How the team will support each other and ensure shared progress</w:t>
            </w:r>
          </w:p>
        </w:tc>
        <w:tc>
          <w:tcPr>
            <w:tcW w:w="2500" w:type="pct"/>
          </w:tcPr>
          <w:p w14:paraId="4E4EDC27" w14:textId="77777777" w:rsidR="00E41843" w:rsidRDefault="00E41843"/>
          <w:p w14:paraId="4260ABCB" w14:textId="77777777" w:rsidR="00E41843" w:rsidRDefault="00E41843"/>
          <w:p w14:paraId="11AB6C9B" w14:textId="77777777" w:rsidR="00E41843" w:rsidRDefault="00E41843"/>
          <w:p w14:paraId="78723253" w14:textId="77777777" w:rsidR="00E41843" w:rsidRDefault="00E41843"/>
        </w:tc>
      </w:tr>
    </w:tbl>
    <w:p w14:paraId="79433CD6" w14:textId="77777777" w:rsidR="00E41843" w:rsidRDefault="00E41843" w:rsidP="00E41843">
      <w:pPr>
        <w:ind w:left="720"/>
      </w:pPr>
    </w:p>
    <w:p w14:paraId="5D8830B3" w14:textId="77777777" w:rsidR="00E41843" w:rsidRDefault="00E41843">
      <w:pPr>
        <w:rPr>
          <w:b/>
          <w:bCs/>
          <w:u w:val="single"/>
        </w:rPr>
      </w:pPr>
      <w:r>
        <w:rPr>
          <w:b/>
          <w:bCs/>
          <w:u w:val="single"/>
        </w:rPr>
        <w:br w:type="page"/>
      </w:r>
    </w:p>
    <w:p w14:paraId="34787275" w14:textId="110A91CD" w:rsidR="00A1150F" w:rsidRPr="00E41843" w:rsidRDefault="00A1150F" w:rsidP="00A1150F">
      <w:pPr>
        <w:rPr>
          <w:b/>
          <w:bCs/>
          <w:u w:val="single"/>
        </w:rPr>
      </w:pPr>
      <w:r w:rsidRPr="00E41843">
        <w:rPr>
          <w:b/>
          <w:bCs/>
          <w:u w:val="single"/>
        </w:rPr>
        <w:lastRenderedPageBreak/>
        <w:t>Individual Contributions</w:t>
      </w:r>
    </w:p>
    <w:p w14:paraId="0BCBBDE3" w14:textId="77777777" w:rsidR="00A1150F" w:rsidRPr="00A1150F" w:rsidRDefault="00A1150F" w:rsidP="00E41843">
      <w:pPr>
        <w:spacing w:after="0"/>
        <w:jc w:val="center"/>
        <w:rPr>
          <w:b/>
          <w:bCs/>
        </w:rPr>
      </w:pPr>
      <w:r w:rsidRPr="00A1150F">
        <w:rPr>
          <w:b/>
          <w:bCs/>
        </w:rPr>
        <w:t>Scholar 1</w:t>
      </w:r>
    </w:p>
    <w:tbl>
      <w:tblPr>
        <w:tblStyle w:val="TableGrid"/>
        <w:tblW w:w="5000" w:type="pct"/>
        <w:jc w:val="center"/>
        <w:tblLook w:val="04A0" w:firstRow="1" w:lastRow="0" w:firstColumn="1" w:lastColumn="0" w:noHBand="0" w:noVBand="1"/>
      </w:tblPr>
      <w:tblGrid>
        <w:gridCol w:w="4161"/>
        <w:gridCol w:w="6629"/>
      </w:tblGrid>
      <w:tr w:rsidR="00A1150F" w14:paraId="58CC822F" w14:textId="77777777" w:rsidTr="00E41843">
        <w:trPr>
          <w:jc w:val="center"/>
        </w:trPr>
        <w:tc>
          <w:tcPr>
            <w:tcW w:w="1928" w:type="pct"/>
            <w:vAlign w:val="center"/>
          </w:tcPr>
          <w:p w14:paraId="2240569A" w14:textId="77777777" w:rsidR="00A1150F" w:rsidRDefault="00A1150F" w:rsidP="00E41843">
            <w:r>
              <w:t>Name</w:t>
            </w:r>
          </w:p>
        </w:tc>
        <w:tc>
          <w:tcPr>
            <w:tcW w:w="3072" w:type="pct"/>
          </w:tcPr>
          <w:p w14:paraId="19472113" w14:textId="77777777" w:rsidR="00A1150F" w:rsidRDefault="00A1150F" w:rsidP="00A1150F">
            <w:bookmarkStart w:id="0" w:name="_GoBack"/>
            <w:bookmarkEnd w:id="0"/>
          </w:p>
        </w:tc>
      </w:tr>
      <w:tr w:rsidR="00A1150F" w14:paraId="67D49F07" w14:textId="77777777" w:rsidTr="00E41843">
        <w:trPr>
          <w:jc w:val="center"/>
        </w:trPr>
        <w:tc>
          <w:tcPr>
            <w:tcW w:w="1928" w:type="pct"/>
            <w:vAlign w:val="center"/>
          </w:tcPr>
          <w:p w14:paraId="38AB2C54" w14:textId="77777777" w:rsidR="00A1150F" w:rsidRDefault="00A1150F" w:rsidP="00E41843">
            <w:r>
              <w:t>Role / Area of Contribution</w:t>
            </w:r>
          </w:p>
        </w:tc>
        <w:tc>
          <w:tcPr>
            <w:tcW w:w="3072" w:type="pct"/>
          </w:tcPr>
          <w:p w14:paraId="19D05188" w14:textId="77777777" w:rsidR="00A1150F" w:rsidRDefault="00A1150F" w:rsidP="00A1150F"/>
        </w:tc>
      </w:tr>
      <w:tr w:rsidR="00A1150F" w14:paraId="0B0833E5" w14:textId="77777777" w:rsidTr="00E41843">
        <w:trPr>
          <w:jc w:val="center"/>
        </w:trPr>
        <w:tc>
          <w:tcPr>
            <w:tcW w:w="1928" w:type="pct"/>
            <w:vAlign w:val="center"/>
          </w:tcPr>
          <w:p w14:paraId="62E5BA77" w14:textId="77777777" w:rsidR="00A1150F" w:rsidRDefault="00A1150F" w:rsidP="00E41843">
            <w:r>
              <w:t>Specific Responsibilities</w:t>
            </w:r>
          </w:p>
        </w:tc>
        <w:tc>
          <w:tcPr>
            <w:tcW w:w="3072" w:type="pct"/>
          </w:tcPr>
          <w:p w14:paraId="5D101C32" w14:textId="77777777" w:rsidR="00A1150F" w:rsidRDefault="00A1150F" w:rsidP="00A1150F"/>
          <w:p w14:paraId="222F48CA" w14:textId="66600CD4" w:rsidR="00E41843" w:rsidRDefault="00E41843" w:rsidP="00A1150F"/>
        </w:tc>
      </w:tr>
      <w:tr w:rsidR="00A1150F" w14:paraId="120D5367" w14:textId="77777777" w:rsidTr="00E41843">
        <w:trPr>
          <w:jc w:val="center"/>
        </w:trPr>
        <w:tc>
          <w:tcPr>
            <w:tcW w:w="1928" w:type="pct"/>
            <w:vAlign w:val="center"/>
          </w:tcPr>
          <w:p w14:paraId="54BB88BE" w14:textId="77777777" w:rsidR="00A1150F" w:rsidRDefault="00A1150F" w:rsidP="00E41843">
            <w:r>
              <w:t>How this supports the team's overall goals</w:t>
            </w:r>
          </w:p>
        </w:tc>
        <w:tc>
          <w:tcPr>
            <w:tcW w:w="3072" w:type="pct"/>
          </w:tcPr>
          <w:p w14:paraId="19C78C63" w14:textId="77777777" w:rsidR="00A1150F" w:rsidRDefault="00A1150F" w:rsidP="00A1150F"/>
          <w:p w14:paraId="3979D5D6" w14:textId="77777777" w:rsidR="00E41843" w:rsidRDefault="00E41843" w:rsidP="00A1150F"/>
        </w:tc>
      </w:tr>
    </w:tbl>
    <w:p w14:paraId="24455609" w14:textId="1B3ABB87" w:rsidR="00A1150F" w:rsidRPr="00A1150F" w:rsidRDefault="00A1150F" w:rsidP="00E41843">
      <w:pPr>
        <w:spacing w:before="240" w:after="0"/>
        <w:jc w:val="center"/>
        <w:rPr>
          <w:b/>
          <w:bCs/>
        </w:rPr>
      </w:pPr>
      <w:r w:rsidRPr="00A1150F">
        <w:rPr>
          <w:b/>
          <w:bCs/>
        </w:rPr>
        <w:t>Scholar 2</w:t>
      </w:r>
    </w:p>
    <w:tbl>
      <w:tblPr>
        <w:tblStyle w:val="TableGrid"/>
        <w:tblW w:w="5000" w:type="pct"/>
        <w:jc w:val="center"/>
        <w:tblLook w:val="04A0" w:firstRow="1" w:lastRow="0" w:firstColumn="1" w:lastColumn="0" w:noHBand="0" w:noVBand="1"/>
      </w:tblPr>
      <w:tblGrid>
        <w:gridCol w:w="4161"/>
        <w:gridCol w:w="6629"/>
      </w:tblGrid>
      <w:tr w:rsidR="00A1150F" w14:paraId="322BDE9E" w14:textId="77777777" w:rsidTr="00E41843">
        <w:trPr>
          <w:jc w:val="center"/>
        </w:trPr>
        <w:tc>
          <w:tcPr>
            <w:tcW w:w="1928" w:type="pct"/>
            <w:vAlign w:val="center"/>
          </w:tcPr>
          <w:p w14:paraId="60D05F1B" w14:textId="77777777" w:rsidR="00A1150F" w:rsidRDefault="00A1150F" w:rsidP="00E41843">
            <w:r>
              <w:t>Name</w:t>
            </w:r>
          </w:p>
        </w:tc>
        <w:tc>
          <w:tcPr>
            <w:tcW w:w="3072" w:type="pct"/>
          </w:tcPr>
          <w:p w14:paraId="34DD8B0A" w14:textId="77777777" w:rsidR="00A1150F" w:rsidRDefault="00A1150F"/>
        </w:tc>
      </w:tr>
      <w:tr w:rsidR="00A1150F" w14:paraId="3853AE97" w14:textId="77777777" w:rsidTr="00E41843">
        <w:trPr>
          <w:jc w:val="center"/>
        </w:trPr>
        <w:tc>
          <w:tcPr>
            <w:tcW w:w="1928" w:type="pct"/>
            <w:vAlign w:val="center"/>
          </w:tcPr>
          <w:p w14:paraId="58082106" w14:textId="77777777" w:rsidR="00A1150F" w:rsidRDefault="00A1150F" w:rsidP="00E41843">
            <w:r>
              <w:t>Role / Area of Contribution</w:t>
            </w:r>
          </w:p>
        </w:tc>
        <w:tc>
          <w:tcPr>
            <w:tcW w:w="3072" w:type="pct"/>
          </w:tcPr>
          <w:p w14:paraId="4AE7C3E9" w14:textId="77777777" w:rsidR="00A1150F" w:rsidRDefault="00A1150F"/>
        </w:tc>
      </w:tr>
      <w:tr w:rsidR="00A1150F" w14:paraId="018008BB" w14:textId="77777777" w:rsidTr="00E41843">
        <w:trPr>
          <w:jc w:val="center"/>
        </w:trPr>
        <w:tc>
          <w:tcPr>
            <w:tcW w:w="1928" w:type="pct"/>
            <w:vAlign w:val="center"/>
          </w:tcPr>
          <w:p w14:paraId="7D5DB4BD" w14:textId="77777777" w:rsidR="00A1150F" w:rsidRDefault="00A1150F" w:rsidP="00E41843">
            <w:r>
              <w:t>Specific Responsibilities</w:t>
            </w:r>
          </w:p>
        </w:tc>
        <w:tc>
          <w:tcPr>
            <w:tcW w:w="3072" w:type="pct"/>
          </w:tcPr>
          <w:p w14:paraId="4D1CD68F" w14:textId="77777777" w:rsidR="00A1150F" w:rsidRDefault="00A1150F"/>
          <w:p w14:paraId="0EEBA75B" w14:textId="03501AEE" w:rsidR="00E41843" w:rsidRDefault="00E41843"/>
        </w:tc>
      </w:tr>
      <w:tr w:rsidR="00A1150F" w14:paraId="4B696A3E" w14:textId="77777777" w:rsidTr="00E41843">
        <w:trPr>
          <w:jc w:val="center"/>
        </w:trPr>
        <w:tc>
          <w:tcPr>
            <w:tcW w:w="1928" w:type="pct"/>
            <w:vAlign w:val="center"/>
          </w:tcPr>
          <w:p w14:paraId="27DBAA07" w14:textId="77777777" w:rsidR="00A1150F" w:rsidRDefault="00A1150F" w:rsidP="00E41843">
            <w:r>
              <w:t>How this supports the team's overall goals</w:t>
            </w:r>
          </w:p>
        </w:tc>
        <w:tc>
          <w:tcPr>
            <w:tcW w:w="3072" w:type="pct"/>
          </w:tcPr>
          <w:p w14:paraId="10B6981F" w14:textId="77777777" w:rsidR="00A1150F" w:rsidRDefault="00A1150F"/>
          <w:p w14:paraId="31169BF2" w14:textId="77777777" w:rsidR="00E41843" w:rsidRDefault="00E41843"/>
        </w:tc>
      </w:tr>
    </w:tbl>
    <w:p w14:paraId="691A66BA" w14:textId="77777777" w:rsidR="00A1150F" w:rsidRPr="00A1150F" w:rsidRDefault="00A1150F" w:rsidP="00E41843">
      <w:pPr>
        <w:spacing w:before="240" w:after="0"/>
        <w:jc w:val="center"/>
        <w:rPr>
          <w:b/>
          <w:bCs/>
        </w:rPr>
      </w:pPr>
      <w:r w:rsidRPr="00A1150F">
        <w:rPr>
          <w:b/>
          <w:bCs/>
        </w:rPr>
        <w:t>Scholar 3</w:t>
      </w:r>
    </w:p>
    <w:tbl>
      <w:tblPr>
        <w:tblStyle w:val="TableGrid"/>
        <w:tblW w:w="5000" w:type="pct"/>
        <w:jc w:val="center"/>
        <w:tblLook w:val="04A0" w:firstRow="1" w:lastRow="0" w:firstColumn="1" w:lastColumn="0" w:noHBand="0" w:noVBand="1"/>
      </w:tblPr>
      <w:tblGrid>
        <w:gridCol w:w="4161"/>
        <w:gridCol w:w="6629"/>
      </w:tblGrid>
      <w:tr w:rsidR="00A1150F" w14:paraId="4E7C0AC1" w14:textId="77777777" w:rsidTr="00E41843">
        <w:trPr>
          <w:jc w:val="center"/>
        </w:trPr>
        <w:tc>
          <w:tcPr>
            <w:tcW w:w="1928" w:type="pct"/>
            <w:vAlign w:val="center"/>
          </w:tcPr>
          <w:p w14:paraId="34E3ECCD" w14:textId="77777777" w:rsidR="00A1150F" w:rsidRDefault="00A1150F" w:rsidP="00E41843">
            <w:r>
              <w:t>Name</w:t>
            </w:r>
          </w:p>
        </w:tc>
        <w:tc>
          <w:tcPr>
            <w:tcW w:w="3072" w:type="pct"/>
          </w:tcPr>
          <w:p w14:paraId="27003849" w14:textId="77777777" w:rsidR="00A1150F" w:rsidRDefault="00A1150F" w:rsidP="00A1150F"/>
        </w:tc>
      </w:tr>
      <w:tr w:rsidR="00A1150F" w14:paraId="6C5F1786" w14:textId="77777777" w:rsidTr="00E41843">
        <w:trPr>
          <w:jc w:val="center"/>
        </w:trPr>
        <w:tc>
          <w:tcPr>
            <w:tcW w:w="1928" w:type="pct"/>
            <w:vAlign w:val="center"/>
          </w:tcPr>
          <w:p w14:paraId="07B57DD6" w14:textId="77777777" w:rsidR="00A1150F" w:rsidRDefault="00A1150F" w:rsidP="00E41843">
            <w:r>
              <w:t>Role / Area of Contribution</w:t>
            </w:r>
          </w:p>
        </w:tc>
        <w:tc>
          <w:tcPr>
            <w:tcW w:w="3072" w:type="pct"/>
          </w:tcPr>
          <w:p w14:paraId="58A9278C" w14:textId="77777777" w:rsidR="00A1150F" w:rsidRDefault="00A1150F" w:rsidP="00A1150F"/>
        </w:tc>
      </w:tr>
      <w:tr w:rsidR="00A1150F" w14:paraId="6920B293" w14:textId="77777777" w:rsidTr="00E41843">
        <w:trPr>
          <w:jc w:val="center"/>
        </w:trPr>
        <w:tc>
          <w:tcPr>
            <w:tcW w:w="1928" w:type="pct"/>
            <w:vAlign w:val="center"/>
          </w:tcPr>
          <w:p w14:paraId="17165E94" w14:textId="77777777" w:rsidR="00A1150F" w:rsidRDefault="00A1150F" w:rsidP="00E41843">
            <w:r>
              <w:t>Specific Responsibilities</w:t>
            </w:r>
          </w:p>
        </w:tc>
        <w:tc>
          <w:tcPr>
            <w:tcW w:w="3072" w:type="pct"/>
          </w:tcPr>
          <w:p w14:paraId="48767415" w14:textId="77777777" w:rsidR="00A1150F" w:rsidRDefault="00A1150F" w:rsidP="00A1150F"/>
          <w:p w14:paraId="503700A6" w14:textId="05FECBFD" w:rsidR="00E41843" w:rsidRDefault="00E41843" w:rsidP="00A1150F"/>
        </w:tc>
      </w:tr>
      <w:tr w:rsidR="00A1150F" w14:paraId="50A121D8" w14:textId="77777777" w:rsidTr="00E41843">
        <w:trPr>
          <w:jc w:val="center"/>
        </w:trPr>
        <w:tc>
          <w:tcPr>
            <w:tcW w:w="1928" w:type="pct"/>
            <w:vAlign w:val="center"/>
          </w:tcPr>
          <w:p w14:paraId="266F9C2D" w14:textId="77777777" w:rsidR="00A1150F" w:rsidRDefault="00A1150F" w:rsidP="00E41843">
            <w:r>
              <w:t>How this supports the team's overall goals</w:t>
            </w:r>
          </w:p>
        </w:tc>
        <w:tc>
          <w:tcPr>
            <w:tcW w:w="3072" w:type="pct"/>
          </w:tcPr>
          <w:p w14:paraId="577D86F4" w14:textId="77777777" w:rsidR="00A1150F" w:rsidRDefault="00A1150F" w:rsidP="00A1150F"/>
          <w:p w14:paraId="22C73DF8" w14:textId="77777777" w:rsidR="00E41843" w:rsidRDefault="00E41843" w:rsidP="00A1150F"/>
        </w:tc>
      </w:tr>
    </w:tbl>
    <w:p w14:paraId="509C31A3" w14:textId="04AEDB70" w:rsidR="00A1150F" w:rsidRPr="00A1150F" w:rsidRDefault="00A1150F" w:rsidP="00E41843">
      <w:pPr>
        <w:spacing w:before="240" w:after="0"/>
        <w:jc w:val="center"/>
        <w:rPr>
          <w:b/>
          <w:bCs/>
        </w:rPr>
      </w:pPr>
      <w:r w:rsidRPr="00A1150F">
        <w:rPr>
          <w:b/>
          <w:bCs/>
        </w:rPr>
        <w:t>Scholar 4</w:t>
      </w:r>
    </w:p>
    <w:tbl>
      <w:tblPr>
        <w:tblStyle w:val="TableGrid"/>
        <w:tblW w:w="5000" w:type="pct"/>
        <w:jc w:val="center"/>
        <w:tblLook w:val="04A0" w:firstRow="1" w:lastRow="0" w:firstColumn="1" w:lastColumn="0" w:noHBand="0" w:noVBand="1"/>
      </w:tblPr>
      <w:tblGrid>
        <w:gridCol w:w="4161"/>
        <w:gridCol w:w="6629"/>
      </w:tblGrid>
      <w:tr w:rsidR="00A1150F" w14:paraId="7561A434" w14:textId="77777777" w:rsidTr="00E41843">
        <w:trPr>
          <w:jc w:val="center"/>
        </w:trPr>
        <w:tc>
          <w:tcPr>
            <w:tcW w:w="1928" w:type="pct"/>
            <w:vAlign w:val="center"/>
          </w:tcPr>
          <w:p w14:paraId="13290FB6" w14:textId="77777777" w:rsidR="00A1150F" w:rsidRDefault="00A1150F" w:rsidP="00E41843">
            <w:r>
              <w:t>Name</w:t>
            </w:r>
          </w:p>
        </w:tc>
        <w:tc>
          <w:tcPr>
            <w:tcW w:w="3072" w:type="pct"/>
          </w:tcPr>
          <w:p w14:paraId="294C7643" w14:textId="77777777" w:rsidR="00A1150F" w:rsidRDefault="00A1150F" w:rsidP="00A1150F"/>
        </w:tc>
      </w:tr>
      <w:tr w:rsidR="00A1150F" w14:paraId="0D7C6523" w14:textId="77777777" w:rsidTr="00E41843">
        <w:trPr>
          <w:jc w:val="center"/>
        </w:trPr>
        <w:tc>
          <w:tcPr>
            <w:tcW w:w="1928" w:type="pct"/>
            <w:vAlign w:val="center"/>
          </w:tcPr>
          <w:p w14:paraId="3DE5641D" w14:textId="77777777" w:rsidR="00A1150F" w:rsidRDefault="00A1150F" w:rsidP="00E41843">
            <w:r>
              <w:t>Role / Area of Contribution</w:t>
            </w:r>
          </w:p>
        </w:tc>
        <w:tc>
          <w:tcPr>
            <w:tcW w:w="3072" w:type="pct"/>
          </w:tcPr>
          <w:p w14:paraId="243E84E1" w14:textId="77777777" w:rsidR="00A1150F" w:rsidRDefault="00A1150F" w:rsidP="00A1150F"/>
        </w:tc>
      </w:tr>
      <w:tr w:rsidR="00A1150F" w14:paraId="56DFCFB1" w14:textId="77777777" w:rsidTr="00E41843">
        <w:trPr>
          <w:jc w:val="center"/>
        </w:trPr>
        <w:tc>
          <w:tcPr>
            <w:tcW w:w="1928" w:type="pct"/>
            <w:vAlign w:val="center"/>
          </w:tcPr>
          <w:p w14:paraId="7840A86F" w14:textId="77777777" w:rsidR="00A1150F" w:rsidRDefault="00A1150F" w:rsidP="00E41843">
            <w:r>
              <w:t>Specific Responsibilities</w:t>
            </w:r>
          </w:p>
        </w:tc>
        <w:tc>
          <w:tcPr>
            <w:tcW w:w="3072" w:type="pct"/>
          </w:tcPr>
          <w:p w14:paraId="05F0E7F1" w14:textId="77777777" w:rsidR="00A1150F" w:rsidRDefault="00A1150F" w:rsidP="00A1150F"/>
          <w:p w14:paraId="638A976B" w14:textId="7CEB3397" w:rsidR="00E41843" w:rsidRDefault="00E41843" w:rsidP="00A1150F"/>
        </w:tc>
      </w:tr>
      <w:tr w:rsidR="00A1150F" w14:paraId="514F50D1" w14:textId="77777777" w:rsidTr="00E41843">
        <w:trPr>
          <w:jc w:val="center"/>
        </w:trPr>
        <w:tc>
          <w:tcPr>
            <w:tcW w:w="1928" w:type="pct"/>
            <w:vAlign w:val="center"/>
          </w:tcPr>
          <w:p w14:paraId="632FA1C0" w14:textId="77777777" w:rsidR="00A1150F" w:rsidRDefault="00A1150F" w:rsidP="00E41843">
            <w:r>
              <w:t>How this supports the team's overall goals</w:t>
            </w:r>
          </w:p>
        </w:tc>
        <w:tc>
          <w:tcPr>
            <w:tcW w:w="3072" w:type="pct"/>
          </w:tcPr>
          <w:p w14:paraId="2BEB9A18" w14:textId="77777777" w:rsidR="00A1150F" w:rsidRDefault="00A1150F" w:rsidP="00A1150F"/>
          <w:p w14:paraId="355D2488" w14:textId="77777777" w:rsidR="00E41843" w:rsidRDefault="00E41843" w:rsidP="00A1150F"/>
        </w:tc>
      </w:tr>
    </w:tbl>
    <w:p w14:paraId="6ADC52D7" w14:textId="4762BA69" w:rsidR="00A1150F" w:rsidRPr="00A1150F" w:rsidRDefault="00A1150F" w:rsidP="00E41843">
      <w:pPr>
        <w:spacing w:before="240" w:after="0"/>
        <w:jc w:val="center"/>
        <w:rPr>
          <w:b/>
          <w:bCs/>
        </w:rPr>
      </w:pPr>
      <w:r w:rsidRPr="00A1150F">
        <w:rPr>
          <w:b/>
          <w:bCs/>
        </w:rPr>
        <w:t>Scholar 5</w:t>
      </w:r>
    </w:p>
    <w:tbl>
      <w:tblPr>
        <w:tblStyle w:val="TableGrid"/>
        <w:tblW w:w="5000" w:type="pct"/>
        <w:jc w:val="center"/>
        <w:tblLook w:val="04A0" w:firstRow="1" w:lastRow="0" w:firstColumn="1" w:lastColumn="0" w:noHBand="0" w:noVBand="1"/>
      </w:tblPr>
      <w:tblGrid>
        <w:gridCol w:w="4161"/>
        <w:gridCol w:w="6629"/>
      </w:tblGrid>
      <w:tr w:rsidR="00A1150F" w14:paraId="658DC49F" w14:textId="77777777" w:rsidTr="00E41843">
        <w:trPr>
          <w:jc w:val="center"/>
        </w:trPr>
        <w:tc>
          <w:tcPr>
            <w:tcW w:w="1928" w:type="pct"/>
            <w:vAlign w:val="center"/>
          </w:tcPr>
          <w:p w14:paraId="2162F80B" w14:textId="77777777" w:rsidR="00A1150F" w:rsidRDefault="00A1150F" w:rsidP="00E41843">
            <w:r>
              <w:t>Name</w:t>
            </w:r>
          </w:p>
        </w:tc>
        <w:tc>
          <w:tcPr>
            <w:tcW w:w="3072" w:type="pct"/>
          </w:tcPr>
          <w:p w14:paraId="6CD2943C" w14:textId="77777777" w:rsidR="00A1150F" w:rsidRDefault="00A1150F" w:rsidP="00A1150F"/>
        </w:tc>
      </w:tr>
      <w:tr w:rsidR="00A1150F" w14:paraId="477DD07A" w14:textId="77777777" w:rsidTr="00E41843">
        <w:trPr>
          <w:jc w:val="center"/>
        </w:trPr>
        <w:tc>
          <w:tcPr>
            <w:tcW w:w="1928" w:type="pct"/>
            <w:vAlign w:val="center"/>
          </w:tcPr>
          <w:p w14:paraId="0ABCE74D" w14:textId="77777777" w:rsidR="00A1150F" w:rsidRDefault="00A1150F" w:rsidP="00E41843">
            <w:r>
              <w:t>Role / Area of Contribution</w:t>
            </w:r>
          </w:p>
        </w:tc>
        <w:tc>
          <w:tcPr>
            <w:tcW w:w="3072" w:type="pct"/>
          </w:tcPr>
          <w:p w14:paraId="0C0218CB" w14:textId="77777777" w:rsidR="00A1150F" w:rsidRDefault="00A1150F" w:rsidP="00A1150F"/>
        </w:tc>
      </w:tr>
      <w:tr w:rsidR="00A1150F" w14:paraId="72EDC576" w14:textId="77777777" w:rsidTr="00E41843">
        <w:trPr>
          <w:jc w:val="center"/>
        </w:trPr>
        <w:tc>
          <w:tcPr>
            <w:tcW w:w="1928" w:type="pct"/>
            <w:vAlign w:val="center"/>
          </w:tcPr>
          <w:p w14:paraId="40B3C305" w14:textId="77777777" w:rsidR="00A1150F" w:rsidRDefault="00A1150F" w:rsidP="00E41843">
            <w:r>
              <w:t>Specific Responsibilities</w:t>
            </w:r>
          </w:p>
        </w:tc>
        <w:tc>
          <w:tcPr>
            <w:tcW w:w="3072" w:type="pct"/>
          </w:tcPr>
          <w:p w14:paraId="6316CE0A" w14:textId="77777777" w:rsidR="00A1150F" w:rsidRDefault="00A1150F" w:rsidP="00A1150F"/>
          <w:p w14:paraId="4B4D6378" w14:textId="7B279EE8" w:rsidR="00E41843" w:rsidRDefault="00E41843" w:rsidP="00A1150F"/>
        </w:tc>
      </w:tr>
      <w:tr w:rsidR="00A1150F" w14:paraId="5D4FAEC8" w14:textId="77777777" w:rsidTr="00E41843">
        <w:trPr>
          <w:jc w:val="center"/>
        </w:trPr>
        <w:tc>
          <w:tcPr>
            <w:tcW w:w="1928" w:type="pct"/>
            <w:vAlign w:val="center"/>
          </w:tcPr>
          <w:p w14:paraId="26BD3C06" w14:textId="77777777" w:rsidR="00A1150F" w:rsidRDefault="00A1150F" w:rsidP="00E41843">
            <w:r>
              <w:t>How this supports the team's overall goals</w:t>
            </w:r>
          </w:p>
        </w:tc>
        <w:tc>
          <w:tcPr>
            <w:tcW w:w="3072" w:type="pct"/>
          </w:tcPr>
          <w:p w14:paraId="32DB1D73" w14:textId="77777777" w:rsidR="00A1150F" w:rsidRDefault="00A1150F" w:rsidP="00A1150F"/>
          <w:p w14:paraId="44B48B45" w14:textId="77777777" w:rsidR="00E41843" w:rsidRDefault="00E41843" w:rsidP="00A1150F"/>
        </w:tc>
      </w:tr>
    </w:tbl>
    <w:p w14:paraId="54F10AE4" w14:textId="2194F71C" w:rsidR="00A1150F" w:rsidRPr="00A1150F" w:rsidRDefault="00A1150F" w:rsidP="00E41843">
      <w:pPr>
        <w:spacing w:before="240" w:after="0"/>
        <w:jc w:val="center"/>
        <w:rPr>
          <w:b/>
          <w:bCs/>
        </w:rPr>
      </w:pPr>
      <w:r w:rsidRPr="00A1150F">
        <w:rPr>
          <w:b/>
          <w:bCs/>
        </w:rPr>
        <w:t>Scholar 6</w:t>
      </w:r>
    </w:p>
    <w:tbl>
      <w:tblPr>
        <w:tblStyle w:val="TableGrid"/>
        <w:tblW w:w="5000" w:type="pct"/>
        <w:jc w:val="center"/>
        <w:tblLook w:val="04A0" w:firstRow="1" w:lastRow="0" w:firstColumn="1" w:lastColumn="0" w:noHBand="0" w:noVBand="1"/>
      </w:tblPr>
      <w:tblGrid>
        <w:gridCol w:w="4161"/>
        <w:gridCol w:w="6629"/>
      </w:tblGrid>
      <w:tr w:rsidR="00A1150F" w14:paraId="2BBCA492" w14:textId="77777777" w:rsidTr="00E41843">
        <w:trPr>
          <w:jc w:val="center"/>
        </w:trPr>
        <w:tc>
          <w:tcPr>
            <w:tcW w:w="1928" w:type="pct"/>
            <w:vAlign w:val="center"/>
          </w:tcPr>
          <w:p w14:paraId="3E3BBDAC" w14:textId="77777777" w:rsidR="00A1150F" w:rsidRDefault="00A1150F" w:rsidP="00E41843">
            <w:r>
              <w:t>Name</w:t>
            </w:r>
          </w:p>
        </w:tc>
        <w:tc>
          <w:tcPr>
            <w:tcW w:w="3072" w:type="pct"/>
          </w:tcPr>
          <w:p w14:paraId="14E83818" w14:textId="77777777" w:rsidR="00A1150F" w:rsidRDefault="00A1150F" w:rsidP="00A1150F"/>
        </w:tc>
      </w:tr>
      <w:tr w:rsidR="00A1150F" w14:paraId="4ED711BD" w14:textId="77777777" w:rsidTr="00E41843">
        <w:trPr>
          <w:jc w:val="center"/>
        </w:trPr>
        <w:tc>
          <w:tcPr>
            <w:tcW w:w="1928" w:type="pct"/>
            <w:vAlign w:val="center"/>
          </w:tcPr>
          <w:p w14:paraId="7F024330" w14:textId="77777777" w:rsidR="00A1150F" w:rsidRDefault="00A1150F" w:rsidP="00E41843">
            <w:r>
              <w:t>Role / Area of Contribution</w:t>
            </w:r>
          </w:p>
        </w:tc>
        <w:tc>
          <w:tcPr>
            <w:tcW w:w="3072" w:type="pct"/>
          </w:tcPr>
          <w:p w14:paraId="14D87397" w14:textId="77777777" w:rsidR="00A1150F" w:rsidRDefault="00A1150F" w:rsidP="00A1150F"/>
        </w:tc>
      </w:tr>
      <w:tr w:rsidR="00A1150F" w14:paraId="4AA2124E" w14:textId="77777777" w:rsidTr="00E41843">
        <w:trPr>
          <w:jc w:val="center"/>
        </w:trPr>
        <w:tc>
          <w:tcPr>
            <w:tcW w:w="1928" w:type="pct"/>
            <w:vAlign w:val="center"/>
          </w:tcPr>
          <w:p w14:paraId="2BD06E1B" w14:textId="77777777" w:rsidR="00A1150F" w:rsidRDefault="00A1150F" w:rsidP="00E41843">
            <w:r>
              <w:t>Specific Responsibilities</w:t>
            </w:r>
          </w:p>
        </w:tc>
        <w:tc>
          <w:tcPr>
            <w:tcW w:w="3072" w:type="pct"/>
          </w:tcPr>
          <w:p w14:paraId="0825B84E" w14:textId="77777777" w:rsidR="00A1150F" w:rsidRDefault="00A1150F" w:rsidP="00A1150F"/>
          <w:p w14:paraId="761CD19B" w14:textId="06934ECD" w:rsidR="00E41843" w:rsidRDefault="00E41843" w:rsidP="00A1150F"/>
        </w:tc>
      </w:tr>
      <w:tr w:rsidR="00A1150F" w14:paraId="09D2AFC8" w14:textId="77777777" w:rsidTr="00E41843">
        <w:trPr>
          <w:jc w:val="center"/>
        </w:trPr>
        <w:tc>
          <w:tcPr>
            <w:tcW w:w="1928" w:type="pct"/>
            <w:vAlign w:val="center"/>
          </w:tcPr>
          <w:p w14:paraId="46A522DC" w14:textId="77777777" w:rsidR="00A1150F" w:rsidRDefault="00A1150F" w:rsidP="00E41843">
            <w:r>
              <w:t>How this supports the team's overall goals</w:t>
            </w:r>
          </w:p>
        </w:tc>
        <w:tc>
          <w:tcPr>
            <w:tcW w:w="3072" w:type="pct"/>
          </w:tcPr>
          <w:p w14:paraId="42831AFC" w14:textId="77777777" w:rsidR="00A1150F" w:rsidRDefault="00A1150F" w:rsidP="00A1150F"/>
          <w:p w14:paraId="48373AAC" w14:textId="77777777" w:rsidR="00E41843" w:rsidRDefault="00E41843" w:rsidP="00A1150F"/>
        </w:tc>
      </w:tr>
    </w:tbl>
    <w:p w14:paraId="1A8F2A04" w14:textId="5D541FB9" w:rsidR="00456CE1" w:rsidRPr="00A1150F" w:rsidRDefault="00456CE1" w:rsidP="00316B08">
      <w:pPr>
        <w:spacing w:before="240"/>
      </w:pPr>
    </w:p>
    <w:sectPr w:rsidR="00456CE1" w:rsidRPr="00A1150F" w:rsidSect="00A1150F">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7B780" w14:textId="77777777" w:rsidR="00B0164A" w:rsidRDefault="00B0164A" w:rsidP="00A1150F">
      <w:pPr>
        <w:spacing w:after="0" w:line="240" w:lineRule="auto"/>
      </w:pPr>
      <w:r>
        <w:separator/>
      </w:r>
    </w:p>
  </w:endnote>
  <w:endnote w:type="continuationSeparator" w:id="0">
    <w:p w14:paraId="65438200" w14:textId="77777777" w:rsidR="00B0164A" w:rsidRDefault="00B0164A" w:rsidP="00A1150F">
      <w:pPr>
        <w:spacing w:after="0" w:line="240" w:lineRule="auto"/>
      </w:pPr>
      <w:r>
        <w:continuationSeparator/>
      </w:r>
    </w:p>
  </w:endnote>
  <w:endnote w:type="continuationNotice" w:id="1">
    <w:p w14:paraId="321C61D5" w14:textId="77777777" w:rsidR="00B0164A" w:rsidRDefault="00B016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F7F9C" w14:textId="77777777" w:rsidR="00B0164A" w:rsidRDefault="00B0164A" w:rsidP="00A1150F">
      <w:pPr>
        <w:spacing w:after="0" w:line="240" w:lineRule="auto"/>
      </w:pPr>
      <w:r>
        <w:separator/>
      </w:r>
    </w:p>
  </w:footnote>
  <w:footnote w:type="continuationSeparator" w:id="0">
    <w:p w14:paraId="1B44F1B7" w14:textId="77777777" w:rsidR="00B0164A" w:rsidRDefault="00B0164A" w:rsidP="00A1150F">
      <w:pPr>
        <w:spacing w:after="0" w:line="240" w:lineRule="auto"/>
      </w:pPr>
      <w:r>
        <w:continuationSeparator/>
      </w:r>
    </w:p>
  </w:footnote>
  <w:footnote w:type="continuationNotice" w:id="1">
    <w:p w14:paraId="0F2479DF" w14:textId="77777777" w:rsidR="00B0164A" w:rsidRDefault="00B016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97684" w14:textId="7C3B7320" w:rsidR="00316B08" w:rsidRDefault="00316B08" w:rsidP="00316B08">
    <w:pPr>
      <w:pStyle w:val="Header"/>
      <w:tabs>
        <w:tab w:val="clear" w:pos="4680"/>
        <w:tab w:val="clear" w:pos="9360"/>
        <w:tab w:val="left" w:pos="7555"/>
      </w:tabs>
    </w:pPr>
    <w:r w:rsidRPr="00455C8B">
      <w:rPr>
        <w:noProof/>
      </w:rPr>
      <w:drawing>
        <wp:anchor distT="0" distB="0" distL="114300" distR="114300" simplePos="0" relativeHeight="251658240" behindDoc="0" locked="0" layoutInCell="1" allowOverlap="1" wp14:anchorId="62EE7619" wp14:editId="5742B8A8">
          <wp:simplePos x="0" y="0"/>
          <wp:positionH relativeFrom="column">
            <wp:posOffset>625566</wp:posOffset>
          </wp:positionH>
          <wp:positionV relativeFrom="paragraph">
            <wp:posOffset>-288653</wp:posOffset>
          </wp:positionV>
          <wp:extent cx="1295400" cy="446405"/>
          <wp:effectExtent l="0" t="0" r="0" b="0"/>
          <wp:wrapSquare wrapText="bothSides"/>
          <wp:docPr id="6" name="Picture 5">
            <a:extLst xmlns:a="http://schemas.openxmlformats.org/drawingml/2006/main">
              <a:ext uri="{FF2B5EF4-FFF2-40B4-BE49-F238E27FC236}">
                <a16:creationId xmlns:a16="http://schemas.microsoft.com/office/drawing/2014/main" id="{FF208EFB-D721-F239-6901-9205A573BB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F208EFB-D721-F239-6901-9205A573BB43}"/>
                      </a:ext>
                    </a:extLst>
                  </pic:cNvPr>
                  <pic:cNvPicPr>
                    <a:picLocks noChangeAspect="1"/>
                  </pic:cNvPicPr>
                </pic:nvPicPr>
                <pic:blipFill>
                  <a:blip r:embed="rId1"/>
                  <a:stretch>
                    <a:fillRect/>
                  </a:stretch>
                </pic:blipFill>
                <pic:spPr>
                  <a:xfrm>
                    <a:off x="0" y="0"/>
                    <a:ext cx="1295400" cy="446405"/>
                  </a:xfrm>
                  <a:prstGeom prst="rect">
                    <a:avLst/>
                  </a:prstGeom>
                </pic:spPr>
              </pic:pic>
            </a:graphicData>
          </a:graphic>
          <wp14:sizeRelH relativeFrom="margin">
            <wp14:pctWidth>0</wp14:pctWidth>
          </wp14:sizeRelH>
          <wp14:sizeRelV relativeFrom="margin">
            <wp14:pctHeight>0</wp14:pctHeight>
          </wp14:sizeRelV>
        </wp:anchor>
      </w:drawing>
    </w:r>
    <w:r w:rsidRPr="00455C8B">
      <w:rPr>
        <w:noProof/>
      </w:rPr>
      <w:drawing>
        <wp:anchor distT="0" distB="0" distL="114300" distR="114300" simplePos="0" relativeHeight="251658241" behindDoc="0" locked="0" layoutInCell="1" allowOverlap="1" wp14:anchorId="1533A308" wp14:editId="3AE54B52">
          <wp:simplePos x="0" y="0"/>
          <wp:positionH relativeFrom="column">
            <wp:posOffset>2873647</wp:posOffset>
          </wp:positionH>
          <wp:positionV relativeFrom="paragraph">
            <wp:posOffset>-397329</wp:posOffset>
          </wp:positionV>
          <wp:extent cx="1300480" cy="661670"/>
          <wp:effectExtent l="0" t="0" r="0" b="5080"/>
          <wp:wrapSquare wrapText="bothSides"/>
          <wp:docPr id="4" name="Content Placeholder 8" descr="A logo for a cancer research training&#10;&#10;AI-generated content may be incorrect.">
            <a:extLst xmlns:a="http://schemas.openxmlformats.org/drawingml/2006/main">
              <a:ext uri="{FF2B5EF4-FFF2-40B4-BE49-F238E27FC236}">
                <a16:creationId xmlns:a16="http://schemas.microsoft.com/office/drawing/2014/main" id="{5CC84F06-E1A0-954B-BC63-F9E7ED8202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8" descr="A logo for a cancer research training&#10;&#10;AI-generated content may be incorrect.">
                    <a:extLst>
                      <a:ext uri="{FF2B5EF4-FFF2-40B4-BE49-F238E27FC236}">
                        <a16:creationId xmlns:a16="http://schemas.microsoft.com/office/drawing/2014/main" id="{5CC84F06-E1A0-954B-BC63-F9E7ED8202FF}"/>
                      </a:ext>
                    </a:extLst>
                  </pic:cNvPr>
                  <pic:cNvPicPr>
                    <a:picLocks noChangeAspect="1"/>
                  </pic:cNvPicPr>
                </pic:nvPicPr>
                <pic:blipFill>
                  <a:blip r:embed="rId2">
                    <a:extLst>
                      <a:ext uri="{28A0092B-C50C-407E-A947-70E740481C1C}">
                        <a14:useLocalDpi xmlns:a14="http://schemas.microsoft.com/office/drawing/2010/main" val="0"/>
                      </a:ext>
                    </a:extLst>
                  </a:blip>
                  <a:srcRect l="11151" t="21534" r="14181" b="21459"/>
                  <a:stretch/>
                </pic:blipFill>
                <pic:spPr>
                  <a:xfrm>
                    <a:off x="0" y="0"/>
                    <a:ext cx="1300480" cy="661670"/>
                  </a:xfrm>
                  <a:prstGeom prst="rect">
                    <a:avLst/>
                  </a:prstGeom>
                </pic:spPr>
              </pic:pic>
            </a:graphicData>
          </a:graphic>
          <wp14:sizeRelH relativeFrom="margin">
            <wp14:pctWidth>0</wp14:pctWidth>
          </wp14:sizeRelH>
          <wp14:sizeRelV relativeFrom="margin">
            <wp14:pctHeight>0</wp14:pctHeight>
          </wp14:sizeRelV>
        </wp:anchor>
      </w:drawing>
    </w:r>
    <w:r w:rsidRPr="00455C8B">
      <w:rPr>
        <w:noProof/>
      </w:rPr>
      <w:drawing>
        <wp:anchor distT="0" distB="0" distL="114300" distR="114300" simplePos="0" relativeHeight="251658242" behindDoc="0" locked="0" layoutInCell="1" allowOverlap="1" wp14:anchorId="4E444712" wp14:editId="6E429F24">
          <wp:simplePos x="0" y="0"/>
          <wp:positionH relativeFrom="column">
            <wp:posOffset>5638710</wp:posOffset>
          </wp:positionH>
          <wp:positionV relativeFrom="paragraph">
            <wp:posOffset>-400232</wp:posOffset>
          </wp:positionV>
          <wp:extent cx="1224280" cy="639445"/>
          <wp:effectExtent l="0" t="0" r="0" b="8255"/>
          <wp:wrapSquare wrapText="bothSides"/>
          <wp:docPr id="1948182743"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82743" name="Picture 1" descr="A blue and white logo&#10;&#10;AI-generated content may be incorrect."/>
                  <pic:cNvPicPr/>
                </pic:nvPicPr>
                <pic:blipFill>
                  <a:blip r:embed="rId3"/>
                  <a:stretch>
                    <a:fillRect/>
                  </a:stretch>
                </pic:blipFill>
                <pic:spPr>
                  <a:xfrm>
                    <a:off x="0" y="0"/>
                    <a:ext cx="1224280" cy="639445"/>
                  </a:xfrm>
                  <a:prstGeom prst="rect">
                    <a:avLst/>
                  </a:prstGeom>
                </pic:spPr>
              </pic:pic>
            </a:graphicData>
          </a:graphic>
          <wp14:sizeRelH relativeFrom="margin">
            <wp14:pctWidth>0</wp14:pctWidth>
          </wp14:sizeRelH>
          <wp14:sizeRelV relativeFrom="margin">
            <wp14:pctHeight>0</wp14:pctHeight>
          </wp14:sizeRelV>
        </wp:anchor>
      </w:drawing>
    </w:r>
    <w:r w:rsidRPr="00455C8B">
      <w:rPr>
        <w:noProof/>
      </w:rPr>
      <w:t xml:space="preserve"> </w:t>
    </w:r>
    <w:r>
      <w:rPr>
        <w:noProof/>
      </w:rPr>
      <w:tab/>
    </w:r>
  </w:p>
  <w:p w14:paraId="2F970CF0" w14:textId="77777777" w:rsidR="00316B08" w:rsidRDefault="00316B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93F"/>
    <w:rsid w:val="0006063C"/>
    <w:rsid w:val="00064210"/>
    <w:rsid w:val="00136BE4"/>
    <w:rsid w:val="0015074B"/>
    <w:rsid w:val="0029639D"/>
    <w:rsid w:val="00316B08"/>
    <w:rsid w:val="00326F90"/>
    <w:rsid w:val="00347B37"/>
    <w:rsid w:val="004529C7"/>
    <w:rsid w:val="00456CE1"/>
    <w:rsid w:val="00757A83"/>
    <w:rsid w:val="00A1150F"/>
    <w:rsid w:val="00AA1D8D"/>
    <w:rsid w:val="00B0164A"/>
    <w:rsid w:val="00B15675"/>
    <w:rsid w:val="00B47730"/>
    <w:rsid w:val="00CB0664"/>
    <w:rsid w:val="00DF540C"/>
    <w:rsid w:val="00E41843"/>
    <w:rsid w:val="00FC32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65B145"/>
  <w14:defaultImageDpi w14:val="300"/>
  <w15:docId w15:val="{3FD2EE27-AA90-4107-BA57-F85C5147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50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D6847-E87F-4858-96B0-1D7E1BB67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Seyi Olanrewaju</cp:lastModifiedBy>
  <cp:revision>4</cp:revision>
  <cp:lastPrinted>2026-04-08T17:55:00Z</cp:lastPrinted>
  <dcterms:created xsi:type="dcterms:W3CDTF">2013-12-23T23:15:00Z</dcterms:created>
  <dcterms:modified xsi:type="dcterms:W3CDTF">2026-04-08T17:59:00Z</dcterms:modified>
  <cp:category/>
</cp:coreProperties>
</file>